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הגדרות ופתרון חידות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שימוש נכון במילים חדשות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מגפיים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בהר חרמון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הלילות ארוכים יותר מהימים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עשויים מחומר שלא סופג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בורחות מהקור ומחוסר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סערה היא רוח חזקה שלעיתים מלווה בגשם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ההגדרה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(מגפיים)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(צעיף)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להסתכל בחלון ולראות אם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ללבוש שכבות בגדים חמות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לנעול מגפיים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לקחת מטריה ולצאת מהבית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ברק הוא האור שרואים, ורעם הוא הקול שנשמע אחריו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 שנשארים על הרצפה אחרי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האור, רעם הוא הקול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מגפיים, מעיל עם שכבות וצעיף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חלק ההתאמה בזוגות לפני המעבר לעבודה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ברק, רעם וסערה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בחורף קורים דברים מיוחדים בטבע – גשם, רעם, ברק ורוחות חזקות. בדף הזה נתרגל את המילים שמופיעות בתשבץ על החורף.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נוצר כשהגשם ממלא גומה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הקול שנשמע אחרי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לאור המהיר שמופיע בשמיים?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לובשים על הרגליים ביום גשום?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סנדלים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כפכפים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לרוח חזקה שמגיעה עם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בישראל אפשר לראות שלג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בעמק יזרעאל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הלילות קצרים יותר מהימים.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מגפיים שומרים על הרגליים מהרטיבות בגשם.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נודדות עפות לאזורים חמים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סערה היא רוח חלשה בלי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גשם חזק נוצרת __________ ברחוב.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הקול החזק שנשמע אחרי הברק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קר לובשים כמה __________ של בגדים כדי להתחמם.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 הצוואר עוטפים ב__________ כדי לא להצטנן.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מגינה עלינו מהגשם כשהולכים ברחוב.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ההגדרה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הגשם ממלא אותה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צעיף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בום אחרי הברק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נועלים ביום גשום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רוח חזקה עם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כורכים סביב הצוואר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סערה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מטריה ולצאת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לנעול מגפיים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בחלון ולראות אם יורד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ללבוש שכבות בגדים חמות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רעם לברק.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שלולית?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ביום גשום וקר?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