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הגדרות ופתרון חידות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במילים 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הלילות ארוכים יותר מהימים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עשויים מחומר שלא סופג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ההגדרה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(מגפיים)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בחלון ולראות אם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 שכבות בגדים 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לנעול מגפיים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שנשארים על הרצפה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האור, רעם הוא הקול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מגפיים, מעיל עם שכבות וצעיף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ברק, רעם וסערה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בחורף קורים דברים מיוחדים בטבע – גשם, רעם, ברק ורוחות חזקות. בדף הזה נתרגל את המילים שמופיעות בתשבץ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רעם  ·  שלולית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נוצר כשהגשם ממלא גומה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הקול שנשמע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לאור המהיר שמופיע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הלילות קצרים יותר מהימים.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מגפיים שומרים על הרגליים מהרטיבות בגשם.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גשם חזק נוצרת __________ ברחוב.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הקול החזק שנשמע אחרי הברק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ההגדרה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הגשם ממלא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בום אחרי הברק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נועלים ביום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ללבוש שכבות בגדים 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לנעול מגפיים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להסתכל בחלון ולראות אם יורד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